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Dear </w:t>
      </w:r>
      <w:r>
        <w:rPr>
          <w:b/>
        </w:rPr>
        <w:t>[child’s name]</w:t>
      </w:r>
      <w:r>
        <w:t>,</w:t>
      </w:r>
    </w:p>
    <w:p>
      <w:r/>
      <w:r>
        <w:rPr>
          <w:b/>
        </w:rPr>
        <w:t>[Write your own North Pole Academy letter here.]</w:t>
      </w:r>
      <w:r/>
    </w:p>
    <w:p>
      <w:r/>
      <w:r>
        <w:rPr>
          <w:b/>
        </w:rPr>
        <w:t>[Add a kind act, a skill your child practiced, or a special memory.]</w:t>
      </w:r>
      <w:r/>
    </w:p>
    <w:p>
      <w:r/>
      <w:r>
        <w:rPr>
          <w:b/>
        </w:rPr>
        <w:t>[Invite your child to open their gift or follow the clues.]</w:t>
      </w:r>
      <w:r/>
    </w:p>
    <w:p>
      <w:r>
        <w:t>With love,</w:t>
        <w:br/>
      </w:r>
      <w:r>
        <w:rPr>
          <w:b/>
        </w:rPr>
        <w:t>[Sender’s name]</w:t>
      </w:r>
      <w:r/>
    </w:p>
    <w:sectPr w:rsidR="00FC693F" w:rsidRPr="0006063C" w:rsidSect="00034616">
      <w:headerReference w:type="default" r:id="rId9"/>
      <w:pgSz w:w="12240" w:h="15840"/>
      <w:pgMar w:top="2664" w:right="1224" w:bottom="1800" w:left="122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egreya">
    <w:embedRegular r:id="rIdAlegreyaFont" w:fontKey="{6FF87516-86D8-4BA7-BAB2-D95389C708E4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228600</wp:posOffset>
          </wp:positionH>
          <wp:positionV relativeFrom="page">
            <wp:posOffset>297180</wp:posOffset>
          </wp:positionV>
          <wp:extent cx="7315200" cy="9464040"/>
          <wp:effectExtent l="0" t="0" r="0" b="0"/>
          <wp:wrapNone/>
          <wp:docPr id="1" name="Picture 1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9464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220"/>
    </w:pPr>
    <w:rPr>
      <w:rFonts w:ascii="Alegreya" w:hAnsi="Alegreya"/>
      <w:color w:val="073B27"/>
      <w:sz w:val="3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AlegreyaFont" Type="http://schemas.openxmlformats.org/officeDocument/2006/relationships/font" Target="fonts/Alegreya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Pole Academy Blank Letter Template</dc:title>
  <dc:subject>Editable North Pole Academy letter and clue stationery</dc:subject>
  <dc:creator>G. Mac | Atoria Press</dc:creator>
  <cp:keywords/>
  <dc:description>Replace bracketed text and export a PDF before printing. Background artwork is in the header.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