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Alegreya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4" w:color="D9D9D9"/>
          <w:left w:val="dashed" w:sz="4" w:color="D9D9D9"/>
          <w:bottom w:val="dashed" w:sz="4" w:color="D9D9D9"/>
          <w:right w:val="dashed" w:sz="4" w:color="D9D9D9"/>
          <w:insideH w:val="dashed" w:sz="4" w:color="D9D9D9"/>
          <w:insideV w:val="dashed" w:sz="4" w:color="D9D9D9"/>
        </w:tblBorders>
      </w:tblPr>
      <w:tblGrid>
        <w:gridCol w:w="5760"/>
        <w:gridCol w:w="5760"/>
      </w:tblGrid>
      <w:tr>
        <w:trPr>
          <w:trHeight w:val="7344" w:hRule="atLeast"/>
          <w:cantSplit/>
        </w:trPr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Clue 1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Before you go outside to play,</w:t>
              <w:br/>
              <w:t>A coat keeps winter chills away.</w:t>
              <w:br/>
              <w:t>Look where your coat is hung with care—</w:t>
              <w:br/>
              <w:t>A North Pole clue is waiting there!</w:t>
            </w:r>
          </w:p>
        </w:tc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Clue 2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Some stories take you near or far,</w:t>
              <w:br/>
              <w:t>To snowy lands or a Christmas star.</w:t>
              <w:br/>
              <w:t>Look where your books stand in a row—</w:t>
              <w:br/>
              <w:t>Your next clue shows you where to go!</w:t>
            </w:r>
          </w:p>
        </w:tc>
      </w:tr>
      <w:tr>
        <w:trPr>
          <w:trHeight w:val="7344" w:hRule="atLeast"/>
          <w:cantSplit/>
        </w:trPr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Final Clue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Twinkling lights and branches green,</w:t>
              <w:br/>
              <w:t>A Christmas sight you’ve surely seen.</w:t>
              <w:br/>
              <w:t>Look beneath the Christmas tree—</w:t>
              <w:br/>
              <w:t>A North Pole gift is yours to see!</w:t>
            </w:r>
          </w:p>
        </w:tc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Your Own Clue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[Write your clue here.]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4" w:color="D9D9D9"/>
          <w:left w:val="dashed" w:sz="4" w:color="D9D9D9"/>
          <w:bottom w:val="dashed" w:sz="4" w:color="D9D9D9"/>
          <w:right w:val="dashed" w:sz="4" w:color="D9D9D9"/>
          <w:insideH w:val="dashed" w:sz="4" w:color="D9D9D9"/>
          <w:insideV w:val="dashed" w:sz="4" w:color="D9D9D9"/>
        </w:tblBorders>
      </w:tblPr>
      <w:tblGrid>
        <w:gridCol w:w="5760"/>
        <w:gridCol w:w="5760"/>
      </w:tblGrid>
      <w:tr>
        <w:trPr>
          <w:trHeight w:val="7344" w:hRule="atLeast"/>
          <w:cantSplit/>
        </w:trPr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[Clue title]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[Write your clue here.]</w:t>
            </w:r>
          </w:p>
        </w:tc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[Clue title]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[Write your clue here.]</w:t>
            </w:r>
          </w:p>
        </w:tc>
      </w:tr>
      <w:tr>
        <w:trPr>
          <w:trHeight w:val="7344" w:hRule="atLeast"/>
          <w:cantSplit/>
        </w:trPr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[Clue title]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[Write your clue here.]</w:t>
            </w:r>
          </w:p>
        </w:tc>
        <w:tc>
          <w:tcPr>
            <w:tcW w:type="dxa" w:w="5760"/>
            <w:vAlign w:val="top"/>
            <w:tcMar>
              <w:top w:w="0" w:type="dxa"/>
              <w:bottom w:w="0" w:type="dxa"/>
              <w:left w:w="330" w:type="dxa"/>
              <w:right w:w="330" w:type="dxa"/>
            </w:tcMar>
          </w:tcPr>
          <w:p>
            <w:pPr>
              <w:spacing w:line="1400" w:lineRule="exact" w:before="0" w:after="0"/>
            </w:pPr>
            <w:r>
              <w:rPr>
                <w:sz w:val="2"/>
              </w:rPr>
              <w:t xml:space="preserve"> </w:t>
            </w:r>
          </w:p>
          <w:p>
            <w:pPr>
              <w:spacing w:after="100" w:before="0"/>
              <w:jc w:val="center"/>
            </w:pPr>
            <w:r>
              <w:rPr>
                <w:b/>
                <w:sz w:val="40"/>
              </w:rPr>
              <w:t>[Clue title]</w:t>
            </w:r>
          </w:p>
          <w:p>
            <w:pPr>
              <w:spacing w:after="360"/>
            </w:pPr>
            <w:r>
              <w:rPr>
                <w:sz w:val="28"/>
              </w:rPr>
              <w:t>For: [child’s name]</w:t>
            </w:r>
          </w:p>
          <w:p>
            <w:pPr>
              <w:spacing w:line="288" w:lineRule="auto" w:after="0"/>
            </w:pPr>
            <w:r>
              <w:rPr>
                <w:sz w:val="29"/>
              </w:rPr>
              <w:t>[Write your clue here.]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432" w:right="360" w:bottom="288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F36C79D4-9C8C-40BB-BD99-7474EBD817A2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320040</wp:posOffset>
          </wp:positionH>
          <wp:positionV relativeFrom="page">
            <wp:posOffset>365760</wp:posOffset>
          </wp:positionV>
          <wp:extent cx="3383280" cy="4379976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3280" cy="4379976"/>
                  </a:xfrm>
                  <a:prstGeom prst="rect"/>
                </pic:spPr>
              </pic:pic>
            </a:graphicData>
          </a:graphic>
        </wp:anchor>
      </w:drawing>
    </w: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320040</wp:posOffset>
          </wp:positionH>
          <wp:positionV relativeFrom="page">
            <wp:posOffset>5029200</wp:posOffset>
          </wp:positionV>
          <wp:extent cx="3383280" cy="4379976"/>
          <wp:effectExtent l="0" t="0" r="0" b="0"/>
          <wp:wrapNone/>
          <wp:docPr id="2" name="Picture 2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3280" cy="4379976"/>
                  </a:xfrm>
                  <a:prstGeom prst="rect"/>
                </pic:spPr>
              </pic:pic>
            </a:graphicData>
          </a:graphic>
        </wp:anchor>
      </w:drawing>
    </w: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4069080</wp:posOffset>
          </wp:positionH>
          <wp:positionV relativeFrom="page">
            <wp:posOffset>365760</wp:posOffset>
          </wp:positionV>
          <wp:extent cx="3383280" cy="4379976"/>
          <wp:effectExtent l="0" t="0" r="0" b="0"/>
          <wp:wrapNone/>
          <wp:docPr id="3" name="Picture 3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3280" cy="4379976"/>
                  </a:xfrm>
                  <a:prstGeom prst="rect"/>
                </pic:spPr>
              </pic:pic>
            </a:graphicData>
          </a:graphic>
        </wp:anchor>
      </w:drawing>
    </w: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4069080</wp:posOffset>
          </wp:positionH>
          <wp:positionV relativeFrom="page">
            <wp:posOffset>5029200</wp:posOffset>
          </wp:positionV>
          <wp:extent cx="3383280" cy="4379976"/>
          <wp:effectExtent l="0" t="0" r="0" b="0"/>
          <wp:wrapNone/>
          <wp:docPr id="4" name="Picture 4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3280" cy="43799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Editable Clue Cards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