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  <Default Extension="odttf" ContentType="application/vnd.openxmlformats-officedocument.obfuscatedFont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Dear Boys and Girls,</w:t>
      </w:r>
    </w:p>
    <w:p>
      <w:r>
        <w:t>Your kindness was noticed all the way at North Pole Academy. Congratulations on making it to the Top of the Nice List!</w:t>
      </w:r>
    </w:p>
    <w:p>
      <w:r>
        <w:t>We worked together to make this Christmas Eve surprise just for you. Inside are cozy pajamas, a storybook, and a little treat to enjoy while you wait.</w:t>
      </w:r>
    </w:p>
    <w:p>
      <w:r>
        <w:t>We hope our surprise brings you good Christmas dreams.</w:t>
      </w:r>
    </w:p>
    <w:p>
      <w:r>
        <w:t>Merry Christmas!</w:t>
      </w:r>
    </w:p>
    <w:p>
      <w:r>
        <w:t>With love,</w:t>
        <w:br/>
        <w:t>The Dream Team</w:t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1930"/>
        <w:gridCol w:w="1930"/>
        <w:gridCol w:w="1930"/>
        <w:gridCol w:w="1930"/>
        <w:gridCol w:w="1930"/>
      </w:tblGrid>
      <w:tr>
        <w:tc>
          <w:tcPr>
            <w:tcW w:type="dxa" w:w="1958"/>
            <w:vAlign w:val="bottom"/>
          </w:tcPr>
          <w:p>
            <w:pPr>
              <w:spacing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649506" cy="658368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keenan.png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9506" cy="658368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1958"/>
            <w:vAlign w:val="bottom"/>
          </w:tcPr>
          <w:p>
            <w:pPr>
              <w:spacing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720416" cy="658368"/>
                  <wp:docPr id="2" name="Picture 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bella.png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0416" cy="658368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1958"/>
            <w:vAlign w:val="bottom"/>
          </w:tcPr>
          <w:p>
            <w:pPr>
              <w:spacing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633641" cy="658368"/>
                  <wp:docPr id="3" name="Picture 3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reso.png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33641" cy="658368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1958"/>
            <w:vAlign w:val="bottom"/>
          </w:tcPr>
          <w:p>
            <w:pPr>
              <w:spacing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714143" cy="658368"/>
                  <wp:docPr id="4" name="Picture 4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lola.png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14143" cy="658368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1958"/>
            <w:vAlign w:val="bottom"/>
          </w:tcPr>
          <w:p>
            <w:pPr>
              <w:spacing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720416" cy="658368"/>
                  <wp:docPr id="5" name="Picture 5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sela.png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0416" cy="658368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tcPr>
            <w:tcW w:type="dxa" w:w="1958"/>
          </w:tcPr>
          <w:p>
            <w:pPr>
              <w:spacing w:after="0"/>
              <w:jc w:val="center"/>
            </w:pPr>
            <w:r>
              <w:rPr>
                <w:color w:val="073B27"/>
                <w:sz w:val="28"/>
              </w:rPr>
              <w:t>Keenan</w:t>
            </w:r>
          </w:p>
        </w:tc>
        <w:tc>
          <w:tcPr>
            <w:tcW w:type="dxa" w:w="1958"/>
          </w:tcPr>
          <w:p>
            <w:pPr>
              <w:spacing w:after="0"/>
              <w:jc w:val="center"/>
            </w:pPr>
            <w:r>
              <w:rPr>
                <w:color w:val="A63974"/>
                <w:sz w:val="28"/>
              </w:rPr>
              <w:t>Bella</w:t>
            </w:r>
          </w:p>
        </w:tc>
        <w:tc>
          <w:tcPr>
            <w:tcW w:type="dxa" w:w="1958"/>
          </w:tcPr>
          <w:p>
            <w:pPr>
              <w:spacing w:after="0"/>
              <w:jc w:val="center"/>
            </w:pPr>
            <w:r>
              <w:rPr>
                <w:color w:val="22689B"/>
                <w:sz w:val="28"/>
              </w:rPr>
              <w:t>Reso</w:t>
            </w:r>
          </w:p>
        </w:tc>
        <w:tc>
          <w:tcPr>
            <w:tcW w:type="dxa" w:w="1958"/>
          </w:tcPr>
          <w:p>
            <w:pPr>
              <w:spacing w:after="0"/>
              <w:jc w:val="center"/>
            </w:pPr>
            <w:r>
              <w:rPr>
                <w:color w:val="6E4831"/>
                <w:sz w:val="28"/>
              </w:rPr>
              <w:t>Lola</w:t>
            </w:r>
          </w:p>
        </w:tc>
        <w:tc>
          <w:tcPr>
            <w:tcW w:type="dxa" w:w="1958"/>
          </w:tcPr>
          <w:p>
            <w:pPr>
              <w:spacing w:after="0"/>
              <w:jc w:val="center"/>
            </w:pPr>
            <w:r>
              <w:rPr>
                <w:color w:val="398253"/>
                <w:sz w:val="28"/>
              </w:rPr>
              <w:t>Sela</w:t>
            </w:r>
          </w:p>
        </w:tc>
      </w:tr>
    </w:tbl>
    <w:p>
      <w:pPr>
        <w:spacing w:after="0"/>
      </w:pPr>
      <w:r>
        <w:rPr>
          <w:sz w:val="2"/>
        </w:rPr>
      </w:r>
    </w:p>
    <w:sectPr w:rsidR="00FC693F" w:rsidRPr="0006063C" w:rsidSect="00034616">
      <w:headerReference w:type="default" r:id="rId9"/>
      <w:pgSz w:w="12240" w:h="15840"/>
      <w:pgMar w:top="2664" w:right="1224" w:bottom="1800" w:left="1224" w:header="0" w:footer="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Alegreya">
    <w:embedRegular r:id="rIdAlegreyaFont" w:fontKey="{2D6E38C1-FE53-4E94-B656-B7C16C716C26}"/>
  </w:font>
</w:font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0" w:line="20" w:lineRule="exact"/>
    </w:pPr>
    <w:r>
      <w:drawing>
        <wp:anchor distT="0" distB="0" distL="0" distR="0" simplePos="0" relativeHeight="0" behindDoc="1" locked="1" layoutInCell="0" allowOverlap="1">
          <wp:simplePos x="0" y="0"/>
          <wp:positionH relativeFrom="page">
            <wp:posOffset>228600</wp:posOffset>
          </wp:positionH>
          <wp:positionV relativeFrom="page">
            <wp:posOffset>297180</wp:posOffset>
          </wp:positionV>
          <wp:extent cx="7315200" cy="9464040"/>
          <wp:effectExtent l="0" t="0" r="0" b="0"/>
          <wp:wrapNone/>
          <wp:docPr id="1" name="Picture 1" descr="North Pole Academy stationery with a faint Academy map and NPA crest"/>
          <wp:cNvGraphicFramePr xmlns:a="http://schemas.openxmlformats.org/drawingml/2006/main">
            <a:graphicFrameLocks noChangeAspect="1"/>
          </wp:cNvGraphicFramePr>
          <a:graphic xmlns:a="http://schemas.openxmlformats.org/drawingml/2006/main" xmlns:pic="http://schemas.openxmlformats.org/drawingml/2006/picture">
            <a:graphicData uri="http://schemas.openxmlformats.org/drawingml/2006/picture">
              <pic:pic>
                <pic:nvPicPr>
                  <pic:cNvPr id="0" name="exec-6e67d221-4613-4064-b5ec-2ca7cd8d4fa9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315200" cy="9464040"/>
                  </a:xfrm>
                  <a:prstGeom prst="rect"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embedTrueTypeFon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line="259" w:lineRule="auto" w:after="220"/>
    </w:pPr>
    <w:rPr>
      <w:rFonts w:ascii="Alegreya" w:hAnsi="Alegreya"/>
      <w:color w:val="073B27"/>
      <w:sz w:val="3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image" Target="media/image2.png"/><Relationship Id="rId11" Type="http://schemas.openxmlformats.org/officeDocument/2006/relationships/image" Target="media/image3.png"/><Relationship Id="rId12" Type="http://schemas.openxmlformats.org/officeDocument/2006/relationships/image" Target="media/image4.png"/><Relationship Id="rId13" Type="http://schemas.openxmlformats.org/officeDocument/2006/relationships/image" Target="media/image5.png"/><Relationship Id="rId14" Type="http://schemas.openxmlformats.org/officeDocument/2006/relationships/image" Target="media/image6.png"/></Relationships>
</file>

<file path=word/_rels/fontTable.xml.rels><?xml version='1.0' encoding='UTF-8' standalone='yes'?>
<Relationships xmlns="http://schemas.openxmlformats.org/package/2006/relationships"><Relationship Id="rIdAlegreyaFont" Type="http://schemas.openxmlformats.org/officeDocument/2006/relationships/font" Target="fonts/Alegreya.odttf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North Pole Academy Shared Dream Team Letter</dc:title>
  <dc:subject>Editable North Pole Academy letter and clue stationery</dc:subject>
  <dc:creator>G. Mac | Atoria Press</dc:creator>
  <cp:keywords/>
  <dc:description>Replace bracketed text and export a PDF before printing. Background artwork is in the header.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