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 xml:space="preserve">Dear </w:t>
      </w:r>
      <w:r>
        <w:rPr>
          <w:b/>
        </w:rPr>
        <w:t>[child’s name]</w:t>
      </w:r>
      <w:r>
        <w:t>,</w:t>
      </w:r>
    </w:p>
    <w:p>
      <w:r>
        <w:t>You made it to the Top of the Nice List!</w:t>
      </w:r>
    </w:p>
    <w:p>
      <w:r>
        <w:t xml:space="preserve">We heard how </w:t>
      </w:r>
      <w:r>
        <w:rPr>
          <w:b/>
        </w:rPr>
        <w:t>[kind act your child did]</w:t>
      </w:r>
      <w:r>
        <w:t xml:space="preserve">. We also heard how much you practiced </w:t>
      </w:r>
      <w:r>
        <w:rPr>
          <w:b/>
        </w:rPr>
        <w:t>[activity or skill]</w:t>
      </w:r>
      <w:r>
        <w:t xml:space="preserve">. </w:t>
      </w:r>
      <w:r>
        <w:rPr>
          <w:b/>
        </w:rPr>
        <w:t>[Celebrate their effort or progress.]</w:t>
      </w:r>
      <w:r>
        <w:t xml:space="preserve"> We are so proud of you.</w:t>
      </w:r>
    </w:p>
    <w:p>
      <w:r>
        <w:t>Your kindness was noticed all the way at North Pole Academy.</w:t>
      </w:r>
    </w:p>
    <w:p>
      <w:r>
        <w:t>We worked together to make a Christmas Eve surprise especially for you. There is just one little mystery: where is it hiding?</w:t>
      </w:r>
    </w:p>
    <w:p>
      <w:r>
        <w:t>Follow the clue in your envelope to find out!</w:t>
      </w:r>
    </w:p>
    <w:p>
      <w:r>
        <w:t>With love,</w:t>
        <w:br/>
        <w:t>The Dream Team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1958"/>
            <w:vAlign w:val="bottom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9506" cy="65836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ena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506" cy="6583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58"/>
            <w:vAlign w:val="bottom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20416" cy="65836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ll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416" cy="6583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58"/>
            <w:vAlign w:val="bottom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3641" cy="65836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so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41" cy="6583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58"/>
            <w:vAlign w:val="bottom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14143" cy="658368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la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143" cy="6583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58"/>
            <w:vAlign w:val="bottom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20416" cy="658368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la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416" cy="6583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1958"/>
          </w:tcPr>
          <w:p>
            <w:pPr>
              <w:spacing w:after="0"/>
              <w:jc w:val="center"/>
            </w:pPr>
            <w:r>
              <w:rPr>
                <w:color w:val="073B27"/>
                <w:sz w:val="28"/>
              </w:rPr>
              <w:t>Keenan</w:t>
            </w:r>
          </w:p>
        </w:tc>
        <w:tc>
          <w:tcPr>
            <w:tcW w:type="dxa" w:w="1958"/>
          </w:tcPr>
          <w:p>
            <w:pPr>
              <w:spacing w:after="0"/>
              <w:jc w:val="center"/>
            </w:pPr>
            <w:r>
              <w:rPr>
                <w:color w:val="A63974"/>
                <w:sz w:val="28"/>
              </w:rPr>
              <w:t>Bella</w:t>
            </w:r>
          </w:p>
        </w:tc>
        <w:tc>
          <w:tcPr>
            <w:tcW w:type="dxa" w:w="1958"/>
          </w:tcPr>
          <w:p>
            <w:pPr>
              <w:spacing w:after="0"/>
              <w:jc w:val="center"/>
            </w:pPr>
            <w:r>
              <w:rPr>
                <w:color w:val="22689B"/>
                <w:sz w:val="28"/>
              </w:rPr>
              <w:t>Reso</w:t>
            </w:r>
          </w:p>
        </w:tc>
        <w:tc>
          <w:tcPr>
            <w:tcW w:type="dxa" w:w="1958"/>
          </w:tcPr>
          <w:p>
            <w:pPr>
              <w:spacing w:after="0"/>
              <w:jc w:val="center"/>
            </w:pPr>
            <w:r>
              <w:rPr>
                <w:color w:val="6E4831"/>
                <w:sz w:val="28"/>
              </w:rPr>
              <w:t>Lola</w:t>
            </w:r>
          </w:p>
        </w:tc>
        <w:tc>
          <w:tcPr>
            <w:tcW w:type="dxa" w:w="1958"/>
          </w:tcPr>
          <w:p>
            <w:pPr>
              <w:spacing w:after="0"/>
              <w:jc w:val="center"/>
            </w:pPr>
            <w:r>
              <w:rPr>
                <w:color w:val="398253"/>
                <w:sz w:val="28"/>
              </w:rPr>
              <w:t>Sela</w:t>
            </w:r>
          </w:p>
        </w:tc>
      </w:tr>
    </w:tbl>
    <w:p>
      <w:pPr>
        <w:spacing w:after="0"/>
      </w:pPr>
      <w:r>
        <w:rPr>
          <w:sz w:val="2"/>
        </w:rPr>
      </w:r>
    </w:p>
    <w:sectPr w:rsidR="00FC693F" w:rsidRPr="0006063C" w:rsidSect="00034616">
      <w:headerReference w:type="default" r:id="rId9"/>
      <w:pgSz w:w="12240" w:h="15840"/>
      <w:pgMar w:top="2664" w:right="1224" w:bottom="1800" w:left="122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legreya">
    <w:embedRegular r:id="rIdAlegreyaFont" w:fontKey="{7B68B9B4-444C-4312-8DEF-5FA1D941A5EC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</w:pPr>
    <w:r>
      <w:drawing>
        <wp:anchor distT="0" distB="0" distL="0" distR="0" simplePos="0" relativeHeight="0" behindDoc="1" locked="1" layoutInCell="0" allowOverlap="1">
          <wp:simplePos x="0" y="0"/>
          <wp:positionH relativeFrom="page">
            <wp:posOffset>228600</wp:posOffset>
          </wp:positionH>
          <wp:positionV relativeFrom="page">
            <wp:posOffset>297180</wp:posOffset>
          </wp:positionV>
          <wp:extent cx="7315200" cy="9464040"/>
          <wp:effectExtent l="0" t="0" r="0" b="0"/>
          <wp:wrapNone/>
          <wp:docPr id="1" name="Picture 1" descr="North Pole Academy stationery with a faint Academy map and NPA crest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xec-6e67d221-4613-4064-b5ec-2ca7cd8d4fa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94640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220"/>
    </w:pPr>
    <w:rPr>
      <w:rFonts w:ascii="Alegreya" w:hAnsi="Alegreya"/>
      <w:color w:val="073B27"/>
      <w:sz w:val="3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_rels/fontTable.xml.rels><?xml version='1.0' encoding='UTF-8' standalone='yes'?>
<Relationships xmlns="http://schemas.openxmlformats.org/package/2006/relationships"><Relationship Id="rIdAlegreyaFont" Type="http://schemas.openxmlformats.org/officeDocument/2006/relationships/font" Target="fonts/Alegreya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Pole Academy Personalized Letter Template</dc:title>
  <dc:subject>Editable North Pole Academy letter and clue stationery</dc:subject>
  <dc:creator>G. Mac | Atoria Press</dc:creator>
  <cp:keywords/>
  <dc:description>Replace bracketed text and export a PDF before printing. Background artwork is in the header.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