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  <Default Extension="odttf" ContentType="application/vnd.openxmlformats-officedocument.obfuscatedFont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 xml:space="preserve">Dear </w:t>
      </w:r>
      <w:r>
        <w:rPr>
          <w:b/>
        </w:rPr>
        <w:t>[child’s name or children’s names]</w:t>
      </w:r>
      <w:r>
        <w:t>,</w:t>
      </w:r>
    </w:p>
    <w:p>
      <w:r>
        <w:t>Thank you for helping the Dash Crew!</w:t>
      </w:r>
    </w:p>
    <w:p>
      <w:r>
        <w:t xml:space="preserve">I found the medallion you placed </w:t>
      </w:r>
      <w:r>
        <w:rPr>
          <w:b/>
        </w:rPr>
        <w:t>[with my cookies]</w:t>
      </w:r>
      <w:r>
        <w:t xml:space="preserve"> and brought it safely back to the North Pole. The Dash Crew was very relieved and very proud that you answered Neva’s call for help.</w:t>
      </w:r>
    </w:p>
    <w:p>
      <w:r>
        <w:t>You showed kindness, courage, and true North Pole Academy teamwork. Helpers like you make Christmas magic possible.</w:t>
      </w:r>
    </w:p>
    <w:p>
      <w:r>
        <w:t>Merry Christmas, and thank you for taking such good care of the Dash Crew.</w:t>
      </w:r>
    </w:p>
    <w:p>
      <w:pPr>
        <w:spacing w:before="80" w:after="120"/>
      </w:pPr>
      <w:r>
        <w:rPr>
          <w:rFonts w:ascii="Z003" w:hAnsi="Z003"/>
          <w:sz w:val="54"/>
        </w:rPr>
        <w:t>With gratitude,</w:t>
        <w:br/>
        <w:t>Santa</w:t>
      </w:r>
      <w:r>
        <w:t xml:space="preserve">   </w:t>
        <w:drawing>
          <wp:inline xmlns:a="http://schemas.openxmlformats.org/drawingml/2006/main" xmlns:pic="http://schemas.openxmlformats.org/drawingml/2006/picture">
            <wp:extent cx="1010975" cy="9144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anta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010975" cy="914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sz w:val="32"/>
        </w:rPr>
        <w:t xml:space="preserve">P.S. The </w:t>
      </w:r>
      <w:r>
        <w:rPr>
          <w:b/>
          <w:sz w:val="32"/>
        </w:rPr>
        <w:t>[cookies]</w:t>
      </w:r>
      <w:r>
        <w:rPr>
          <w:sz w:val="32"/>
        </w:rPr>
        <w:t xml:space="preserve"> were delicious!</w:t>
      </w:r>
    </w:p>
    <w:sectPr w:rsidR="00FC693F" w:rsidRPr="0006063C" w:rsidSect="00034616">
      <w:headerReference w:type="default" r:id="rId9"/>
      <w:pgSz w:w="12240" w:h="15840"/>
      <w:pgMar w:top="2664" w:right="1224" w:bottom="1800" w:left="1224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Alegreya">
    <w:embedRegular r:id="rIdAlegreyaFont" w:fontKey="{702BFAA1-E504-44F0-826E-42540998D3B3}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20" w:lineRule="exact"/>
    </w:pPr>
    <w:r>
      <w:drawing>
        <wp:anchor distT="0" distB="0" distL="0" distR="0" simplePos="0" relativeHeight="0" behindDoc="1" locked="1" layoutInCell="0" allowOverlap="1">
          <wp:simplePos x="0" y="0"/>
          <wp:positionH relativeFrom="page">
            <wp:posOffset>228600</wp:posOffset>
          </wp:positionH>
          <wp:positionV relativeFrom="page">
            <wp:posOffset>297180</wp:posOffset>
          </wp:positionV>
          <wp:extent cx="7315200" cy="9464040"/>
          <wp:effectExtent l="0" t="0" r="0" b="0"/>
          <wp:wrapNone/>
          <wp:docPr id="1" name="Picture 1" descr="North Pole Academy stationery with a faint Academy map and NPA crest"/>
          <wp:cNvGraphicFramePr xmlns:a="http://schemas.openxmlformats.org/drawingml/2006/main">
            <a:graphicFrameLocks noChangeAspect="1"/>
          </wp:cNvGraphicFramePr>
          <a:graphic xmlns:a="http://schemas.openxmlformats.org/drawingml/2006/main" xmlns:pic="http://schemas.openxmlformats.org/drawingml/2006/picture">
            <a:graphicData uri="http://schemas.openxmlformats.org/drawingml/2006/picture">
              <pic:pic>
                <pic:nvPicPr>
                  <pic:cNvPr id="0" name="exec-6e67d221-4613-4064-b5ec-2ca7cd8d4fa9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315200" cy="946404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embedTrueTypeFon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9" w:lineRule="auto" w:after="220"/>
    </w:pPr>
    <w:rPr>
      <w:rFonts w:ascii="Alegreya" w:hAnsi="Alegreya"/>
      <w:color w:val="073B27"/>
      <w:sz w:val="3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image" Target="media/image2.png"/></Relationships>
</file>

<file path=word/_rels/fontTable.xml.rels><?xml version='1.0' encoding='UTF-8' standalone='yes'?>
<Relationships xmlns="http://schemas.openxmlformats.org/package/2006/relationships"><Relationship Id="rIdAlegreyaFont" Type="http://schemas.openxmlformats.org/officeDocument/2006/relationships/font" Target="fonts/Alegreya.odttf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North Pole Academy Santa Thank You Letter</dc:title>
  <dc:subject>Editable North Pole Academy letter and clue stationery</dc:subject>
  <dc:creator>G. Mac | Atoria Press</dc:creator>
  <cp:keywords/>
  <dc:description>Replace bracketed text and export a PDF before printing. Background artwork is in the header.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